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E190F" w14:textId="77777777" w:rsidR="003B12E3" w:rsidRPr="00A32F68" w:rsidRDefault="00000000">
      <w:pPr>
        <w:pStyle w:val="Heading2"/>
        <w:rPr>
          <w:color w:val="365F91" w:themeColor="accent1" w:themeShade="BF"/>
        </w:rPr>
      </w:pPr>
      <w:r w:rsidRPr="00A32F68">
        <w:rPr>
          <w:color w:val="365F91" w:themeColor="accent1" w:themeShade="BF"/>
        </w:rPr>
        <w:t>Term-Time Absence Request Form</w:t>
      </w:r>
    </w:p>
    <w:p w14:paraId="18144BE3" w14:textId="77777777" w:rsidR="003B12E3" w:rsidRDefault="00000000">
      <w:r>
        <w:t>Please complete this form accurately and return it to the school office at least two weeks before the first day of the requested absence. Providing all information clearly helps us process your request promptly.</w:t>
      </w:r>
    </w:p>
    <w:p w14:paraId="5DB00B9F" w14:textId="77777777" w:rsidR="003B12E3" w:rsidRDefault="00000000">
      <w:r>
        <w:t>Term-time absences are only authorised in exceptional circumstances. These are described as rare, significant, unavoidable, and short, and could not reasonably be scheduled for another time. Family holidays or leisure trips will not be authorised.</w:t>
      </w:r>
    </w:p>
    <w:tbl>
      <w:tblPr>
        <w:tblStyle w:val="TableGrid"/>
        <w:tblpPr w:leftFromText="180" w:rightFromText="180" w:vertAnchor="text" w:horzAnchor="page" w:tblpX="703" w:tblpY="59"/>
        <w:tblW w:w="10881" w:type="dxa"/>
        <w:tblLook w:val="04A0" w:firstRow="1" w:lastRow="0" w:firstColumn="1" w:lastColumn="0" w:noHBand="0" w:noVBand="1"/>
      </w:tblPr>
      <w:tblGrid>
        <w:gridCol w:w="1757"/>
        <w:gridCol w:w="3454"/>
        <w:gridCol w:w="284"/>
        <w:gridCol w:w="2268"/>
        <w:gridCol w:w="3118"/>
      </w:tblGrid>
      <w:tr w:rsidR="00A32F68" w14:paraId="4C2FC7E6" w14:textId="77777777" w:rsidTr="00A32F68">
        <w:trPr>
          <w:trHeight w:val="358"/>
        </w:trPr>
        <w:tc>
          <w:tcPr>
            <w:tcW w:w="5211" w:type="dxa"/>
            <w:gridSpan w:val="2"/>
          </w:tcPr>
          <w:p w14:paraId="51B2C563" w14:textId="77777777" w:rsidR="00A32F68" w:rsidRDefault="00A32F68" w:rsidP="00A32F68">
            <w:pPr>
              <w:pStyle w:val="Heading3"/>
            </w:pPr>
            <w:r w:rsidRPr="00A32F68">
              <w:rPr>
                <w:color w:val="365F91" w:themeColor="accent1" w:themeShade="BF"/>
              </w:rPr>
              <w:t>Child's Details</w:t>
            </w:r>
          </w:p>
        </w:tc>
        <w:tc>
          <w:tcPr>
            <w:tcW w:w="284" w:type="dxa"/>
            <w:shd w:val="clear" w:color="auto" w:fill="808080" w:themeFill="background1" w:themeFillShade="80"/>
          </w:tcPr>
          <w:p w14:paraId="524B3809" w14:textId="77777777" w:rsidR="00A32F68" w:rsidRDefault="00A32F68" w:rsidP="00A32F68">
            <w:pPr>
              <w:pStyle w:val="Heading3"/>
            </w:pPr>
          </w:p>
        </w:tc>
        <w:tc>
          <w:tcPr>
            <w:tcW w:w="2268" w:type="dxa"/>
          </w:tcPr>
          <w:p w14:paraId="2AB19FA4" w14:textId="77777777" w:rsidR="00A32F68" w:rsidRDefault="00A32F68" w:rsidP="00A32F68">
            <w:pPr>
              <w:pStyle w:val="Heading3"/>
            </w:pPr>
            <w:r w:rsidRPr="00A32F68">
              <w:rPr>
                <w:color w:val="365F91" w:themeColor="accent1" w:themeShade="BF"/>
              </w:rPr>
              <w:t>Parent/Carer Details</w:t>
            </w:r>
          </w:p>
        </w:tc>
        <w:tc>
          <w:tcPr>
            <w:tcW w:w="3118" w:type="dxa"/>
          </w:tcPr>
          <w:p w14:paraId="7B461F68" w14:textId="77777777" w:rsidR="00A32F68" w:rsidRDefault="00A32F68" w:rsidP="00A32F68"/>
        </w:tc>
      </w:tr>
      <w:tr w:rsidR="00A32F68" w14:paraId="31A3189F" w14:textId="77777777" w:rsidTr="00A32F68">
        <w:trPr>
          <w:trHeight w:val="289"/>
        </w:trPr>
        <w:tc>
          <w:tcPr>
            <w:tcW w:w="1757" w:type="dxa"/>
          </w:tcPr>
          <w:p w14:paraId="6014AAC7" w14:textId="77777777" w:rsidR="00A32F68" w:rsidRDefault="00A32F68" w:rsidP="00A32F68">
            <w:r>
              <w:t>Full Name</w:t>
            </w:r>
          </w:p>
        </w:tc>
        <w:tc>
          <w:tcPr>
            <w:tcW w:w="3454" w:type="dxa"/>
          </w:tcPr>
          <w:p w14:paraId="13E88789" w14:textId="77777777" w:rsidR="00A32F68" w:rsidRDefault="00A32F68" w:rsidP="00A32F68"/>
        </w:tc>
        <w:tc>
          <w:tcPr>
            <w:tcW w:w="284" w:type="dxa"/>
            <w:shd w:val="clear" w:color="auto" w:fill="808080" w:themeFill="background1" w:themeFillShade="80"/>
          </w:tcPr>
          <w:p w14:paraId="5AA4542E" w14:textId="77777777" w:rsidR="00A32F68" w:rsidRDefault="00A32F68" w:rsidP="00A32F68"/>
        </w:tc>
        <w:tc>
          <w:tcPr>
            <w:tcW w:w="2268" w:type="dxa"/>
          </w:tcPr>
          <w:p w14:paraId="6D3E5880" w14:textId="77777777" w:rsidR="00A32F68" w:rsidRDefault="00A32F68" w:rsidP="00A32F68">
            <w:r>
              <w:t>Name</w:t>
            </w:r>
          </w:p>
        </w:tc>
        <w:tc>
          <w:tcPr>
            <w:tcW w:w="3118" w:type="dxa"/>
          </w:tcPr>
          <w:p w14:paraId="0BD62701" w14:textId="77777777" w:rsidR="00A32F68" w:rsidRDefault="00A32F68" w:rsidP="00A32F68"/>
        </w:tc>
      </w:tr>
      <w:tr w:rsidR="00A32F68" w14:paraId="3DC65A05" w14:textId="77777777" w:rsidTr="00A32F68">
        <w:trPr>
          <w:trHeight w:val="579"/>
        </w:trPr>
        <w:tc>
          <w:tcPr>
            <w:tcW w:w="1757" w:type="dxa"/>
          </w:tcPr>
          <w:p w14:paraId="58F45BA2" w14:textId="77777777" w:rsidR="00A32F68" w:rsidRDefault="00A32F68" w:rsidP="00A32F68">
            <w:r>
              <w:t>Class/Year Group</w:t>
            </w:r>
          </w:p>
        </w:tc>
        <w:tc>
          <w:tcPr>
            <w:tcW w:w="3454" w:type="dxa"/>
          </w:tcPr>
          <w:p w14:paraId="316C47D2" w14:textId="77777777" w:rsidR="00A32F68" w:rsidRDefault="00A32F68" w:rsidP="00A32F68"/>
        </w:tc>
        <w:tc>
          <w:tcPr>
            <w:tcW w:w="284" w:type="dxa"/>
            <w:shd w:val="clear" w:color="auto" w:fill="808080" w:themeFill="background1" w:themeFillShade="80"/>
          </w:tcPr>
          <w:p w14:paraId="220C0155" w14:textId="77777777" w:rsidR="00A32F68" w:rsidRDefault="00A32F68" w:rsidP="00A32F68"/>
        </w:tc>
        <w:tc>
          <w:tcPr>
            <w:tcW w:w="2268" w:type="dxa"/>
          </w:tcPr>
          <w:p w14:paraId="419BDCA4" w14:textId="77777777" w:rsidR="00A32F68" w:rsidRDefault="00A32F68" w:rsidP="00A32F68">
            <w:r>
              <w:t>Relationship to Child</w:t>
            </w:r>
          </w:p>
        </w:tc>
        <w:tc>
          <w:tcPr>
            <w:tcW w:w="3118" w:type="dxa"/>
          </w:tcPr>
          <w:p w14:paraId="136C535A" w14:textId="77777777" w:rsidR="00A32F68" w:rsidRDefault="00A32F68" w:rsidP="00A32F68"/>
        </w:tc>
      </w:tr>
      <w:tr w:rsidR="00A32F68" w14:paraId="7D4221B0" w14:textId="77777777" w:rsidTr="00A32F68">
        <w:trPr>
          <w:trHeight w:val="79"/>
        </w:trPr>
        <w:tc>
          <w:tcPr>
            <w:tcW w:w="1757" w:type="dxa"/>
          </w:tcPr>
          <w:p w14:paraId="7D783FBD" w14:textId="77777777" w:rsidR="00A32F68" w:rsidRDefault="00A32F68" w:rsidP="00A32F68">
            <w:r>
              <w:t>Date of Birth</w:t>
            </w:r>
          </w:p>
        </w:tc>
        <w:tc>
          <w:tcPr>
            <w:tcW w:w="3454" w:type="dxa"/>
          </w:tcPr>
          <w:p w14:paraId="09323245" w14:textId="77777777" w:rsidR="00A32F68" w:rsidRDefault="00A32F68" w:rsidP="00A32F68"/>
        </w:tc>
        <w:tc>
          <w:tcPr>
            <w:tcW w:w="284" w:type="dxa"/>
            <w:shd w:val="clear" w:color="auto" w:fill="808080" w:themeFill="background1" w:themeFillShade="80"/>
          </w:tcPr>
          <w:p w14:paraId="65BF373D" w14:textId="77777777" w:rsidR="00A32F68" w:rsidRDefault="00A32F68" w:rsidP="00A32F68"/>
        </w:tc>
        <w:tc>
          <w:tcPr>
            <w:tcW w:w="2268" w:type="dxa"/>
          </w:tcPr>
          <w:p w14:paraId="73B70582" w14:textId="77777777" w:rsidR="00A32F68" w:rsidRDefault="00A32F68" w:rsidP="00A32F68"/>
        </w:tc>
        <w:tc>
          <w:tcPr>
            <w:tcW w:w="3118" w:type="dxa"/>
          </w:tcPr>
          <w:p w14:paraId="4F5B5113" w14:textId="77777777" w:rsidR="00A32F68" w:rsidRDefault="00A32F68" w:rsidP="00A32F68"/>
        </w:tc>
      </w:tr>
    </w:tbl>
    <w:p w14:paraId="5B144DB3" w14:textId="10FCE894" w:rsidR="003B12E3" w:rsidRPr="00A32F68" w:rsidRDefault="003B12E3">
      <w:pPr>
        <w:pStyle w:val="Heading3"/>
        <w:rPr>
          <w:color w:val="365F91" w:themeColor="accent1" w:themeShade="BF"/>
        </w:rPr>
      </w:pPr>
    </w:p>
    <w:tbl>
      <w:tblPr>
        <w:tblStyle w:val="TableGrid"/>
        <w:tblW w:w="10962" w:type="dxa"/>
        <w:tblInd w:w="-1118" w:type="dxa"/>
        <w:tblLook w:val="04A0" w:firstRow="1" w:lastRow="0" w:firstColumn="1" w:lastColumn="0" w:noHBand="0" w:noVBand="1"/>
      </w:tblPr>
      <w:tblGrid>
        <w:gridCol w:w="2232"/>
        <w:gridCol w:w="2963"/>
        <w:gridCol w:w="284"/>
        <w:gridCol w:w="5483"/>
      </w:tblGrid>
      <w:tr w:rsidR="00A32F68" w:rsidRPr="00A32F68" w14:paraId="6439AFC1" w14:textId="77777777" w:rsidTr="003463FD">
        <w:trPr>
          <w:trHeight w:val="287"/>
        </w:trPr>
        <w:tc>
          <w:tcPr>
            <w:tcW w:w="5195" w:type="dxa"/>
            <w:gridSpan w:val="2"/>
          </w:tcPr>
          <w:p w14:paraId="1808FCEB" w14:textId="0E8C8116" w:rsidR="00A32F68" w:rsidRPr="00A32F68" w:rsidRDefault="00A32F68" w:rsidP="00A32F68">
            <w:pPr>
              <w:jc w:val="center"/>
              <w:rPr>
                <w:color w:val="365F91" w:themeColor="accent1" w:themeShade="BF"/>
              </w:rPr>
            </w:pPr>
            <w:r w:rsidRPr="00A32F68">
              <w:rPr>
                <w:color w:val="365F91" w:themeColor="accent1" w:themeShade="BF"/>
              </w:rPr>
              <w:t>Absence Details</w:t>
            </w:r>
          </w:p>
        </w:tc>
        <w:tc>
          <w:tcPr>
            <w:tcW w:w="284" w:type="dxa"/>
            <w:shd w:val="clear" w:color="auto" w:fill="808080" w:themeFill="background1" w:themeFillShade="80"/>
          </w:tcPr>
          <w:p w14:paraId="2BDB749A" w14:textId="77777777" w:rsidR="00A32F68" w:rsidRPr="00A32F68" w:rsidRDefault="00A32F68">
            <w:pPr>
              <w:rPr>
                <w:color w:val="365F91" w:themeColor="accent1" w:themeShade="BF"/>
              </w:rPr>
            </w:pPr>
          </w:p>
        </w:tc>
        <w:tc>
          <w:tcPr>
            <w:tcW w:w="5483" w:type="dxa"/>
          </w:tcPr>
          <w:p w14:paraId="4889A988" w14:textId="0952665A" w:rsidR="00A32F68" w:rsidRPr="00A32F68" w:rsidRDefault="00A32F68">
            <w:pPr>
              <w:rPr>
                <w:color w:val="365F91" w:themeColor="accent1" w:themeShade="BF"/>
              </w:rPr>
            </w:pPr>
            <w:r>
              <w:t>Please describe how you plan to help your child keep up with their schoolwork while they are away</w:t>
            </w:r>
          </w:p>
        </w:tc>
      </w:tr>
      <w:tr w:rsidR="00A32F68" w14:paraId="2B8AD116" w14:textId="2EC115BA" w:rsidTr="00895E79">
        <w:trPr>
          <w:trHeight w:val="528"/>
        </w:trPr>
        <w:tc>
          <w:tcPr>
            <w:tcW w:w="2232" w:type="dxa"/>
          </w:tcPr>
          <w:p w14:paraId="34F5A69E" w14:textId="65848712" w:rsidR="00A32F68" w:rsidRDefault="00A32F68">
            <w:r>
              <w:t xml:space="preserve">Dates of requested absence </w:t>
            </w:r>
          </w:p>
        </w:tc>
        <w:tc>
          <w:tcPr>
            <w:tcW w:w="2963" w:type="dxa"/>
          </w:tcPr>
          <w:p w14:paraId="4F05C607" w14:textId="304C47F1" w:rsidR="00A32F68" w:rsidRDefault="00A32F68"/>
        </w:tc>
        <w:tc>
          <w:tcPr>
            <w:tcW w:w="284" w:type="dxa"/>
            <w:shd w:val="clear" w:color="auto" w:fill="808080" w:themeFill="background1" w:themeFillShade="80"/>
          </w:tcPr>
          <w:p w14:paraId="0348A18D" w14:textId="77777777" w:rsidR="00A32F68" w:rsidRDefault="00A32F68"/>
        </w:tc>
        <w:tc>
          <w:tcPr>
            <w:tcW w:w="5483" w:type="dxa"/>
            <w:vMerge w:val="restart"/>
          </w:tcPr>
          <w:p w14:paraId="406B498D" w14:textId="77777777" w:rsidR="00A32F68" w:rsidRDefault="00A32F68"/>
        </w:tc>
      </w:tr>
      <w:tr w:rsidR="00A32F68" w14:paraId="39782898" w14:textId="6EF17CEA" w:rsidTr="00895E79">
        <w:trPr>
          <w:trHeight w:val="502"/>
        </w:trPr>
        <w:tc>
          <w:tcPr>
            <w:tcW w:w="2232" w:type="dxa"/>
          </w:tcPr>
          <w:p w14:paraId="07840AF8" w14:textId="77777777" w:rsidR="00A32F68" w:rsidRDefault="00A32F68">
            <w:r>
              <w:t>Total number of school days</w:t>
            </w:r>
          </w:p>
        </w:tc>
        <w:tc>
          <w:tcPr>
            <w:tcW w:w="2963" w:type="dxa"/>
          </w:tcPr>
          <w:p w14:paraId="6FA574A1" w14:textId="0E10F903" w:rsidR="00A32F68" w:rsidRDefault="00A32F68"/>
        </w:tc>
        <w:tc>
          <w:tcPr>
            <w:tcW w:w="284" w:type="dxa"/>
            <w:shd w:val="clear" w:color="auto" w:fill="808080" w:themeFill="background1" w:themeFillShade="80"/>
          </w:tcPr>
          <w:p w14:paraId="4F54001D" w14:textId="77777777" w:rsidR="00A32F68" w:rsidRDefault="00A32F68"/>
        </w:tc>
        <w:tc>
          <w:tcPr>
            <w:tcW w:w="5483" w:type="dxa"/>
            <w:vMerge/>
          </w:tcPr>
          <w:p w14:paraId="4151FCEB" w14:textId="77777777" w:rsidR="00A32F68" w:rsidRDefault="00A32F68"/>
        </w:tc>
      </w:tr>
      <w:tr w:rsidR="00A32F68" w14:paraId="004A5F06" w14:textId="01608A08" w:rsidTr="00A32F68">
        <w:trPr>
          <w:trHeight w:val="678"/>
        </w:trPr>
        <w:tc>
          <w:tcPr>
            <w:tcW w:w="2232" w:type="dxa"/>
          </w:tcPr>
          <w:p w14:paraId="51BA1C78" w14:textId="77777777" w:rsidR="00A32F68" w:rsidRDefault="00A32F68">
            <w:r>
              <w:t>Reason for absence</w:t>
            </w:r>
          </w:p>
        </w:tc>
        <w:tc>
          <w:tcPr>
            <w:tcW w:w="2963" w:type="dxa"/>
          </w:tcPr>
          <w:p w14:paraId="6BE30BD8" w14:textId="187D5108" w:rsidR="00A32F68" w:rsidRDefault="00A32F68"/>
        </w:tc>
        <w:tc>
          <w:tcPr>
            <w:tcW w:w="284" w:type="dxa"/>
            <w:shd w:val="clear" w:color="auto" w:fill="808080" w:themeFill="background1" w:themeFillShade="80"/>
          </w:tcPr>
          <w:p w14:paraId="4A9ABFF8" w14:textId="77777777" w:rsidR="00A32F68" w:rsidRDefault="00A32F68"/>
        </w:tc>
        <w:tc>
          <w:tcPr>
            <w:tcW w:w="5483" w:type="dxa"/>
            <w:vMerge/>
          </w:tcPr>
          <w:p w14:paraId="6F9C1365" w14:textId="77777777" w:rsidR="00A32F68" w:rsidRDefault="00A32F68"/>
        </w:tc>
      </w:tr>
    </w:tbl>
    <w:p w14:paraId="49D0790F" w14:textId="77777777" w:rsidR="003B12E3" w:rsidRDefault="00000000">
      <w:pPr>
        <w:pStyle w:val="Heading3"/>
      </w:pPr>
      <w:r>
        <w:t>Parent/Carer Declaration</w:t>
      </w:r>
    </w:p>
    <w:p w14:paraId="5DC1090B" w14:textId="77777777" w:rsidR="003B12E3" w:rsidRDefault="00000000">
      <w:r>
        <w:t>I understand that term-time absence is only granted in exceptional circumstances. I confirm that the information provided is accurate and complete.</w:t>
      </w:r>
    </w:p>
    <w:tbl>
      <w:tblPr>
        <w:tblStyle w:val="TableGrid"/>
        <w:tblW w:w="0" w:type="auto"/>
        <w:tblLook w:val="04A0" w:firstRow="1" w:lastRow="0" w:firstColumn="1" w:lastColumn="0" w:noHBand="0" w:noVBand="1"/>
      </w:tblPr>
      <w:tblGrid>
        <w:gridCol w:w="4315"/>
        <w:gridCol w:w="4315"/>
      </w:tblGrid>
      <w:tr w:rsidR="003B12E3" w14:paraId="563C64DA" w14:textId="77777777">
        <w:tc>
          <w:tcPr>
            <w:tcW w:w="4320" w:type="dxa"/>
          </w:tcPr>
          <w:p w14:paraId="5184C79B" w14:textId="1F7E0C0B" w:rsidR="003B12E3" w:rsidRDefault="00000000">
            <w:r>
              <w:t xml:space="preserve">Signature: </w:t>
            </w:r>
          </w:p>
        </w:tc>
        <w:tc>
          <w:tcPr>
            <w:tcW w:w="4320" w:type="dxa"/>
          </w:tcPr>
          <w:p w14:paraId="6DEA72A0" w14:textId="41A0D2D8" w:rsidR="003B12E3" w:rsidRDefault="00000000">
            <w:r>
              <w:t xml:space="preserve">Date: </w:t>
            </w:r>
          </w:p>
        </w:tc>
      </w:tr>
    </w:tbl>
    <w:p w14:paraId="49A70C10" w14:textId="71DDC0FC" w:rsidR="00A32F68" w:rsidRDefault="00A32F68">
      <w:pPr>
        <w:pStyle w:val="Heading3"/>
        <w:pBdr>
          <w:bottom w:val="single" w:sz="6" w:space="1" w:color="auto"/>
        </w:pBdr>
      </w:pPr>
    </w:p>
    <w:p w14:paraId="23EFFBCE" w14:textId="000E8F96" w:rsidR="003B12E3" w:rsidRDefault="00000000">
      <w:pPr>
        <w:pStyle w:val="Heading3"/>
      </w:pPr>
      <w:r>
        <w:t>For School Use Only</w:t>
      </w:r>
    </w:p>
    <w:tbl>
      <w:tblPr>
        <w:tblStyle w:val="TableGrid"/>
        <w:tblW w:w="0" w:type="auto"/>
        <w:tblLook w:val="04A0" w:firstRow="1" w:lastRow="0" w:firstColumn="1" w:lastColumn="0" w:noHBand="0" w:noVBand="1"/>
      </w:tblPr>
      <w:tblGrid>
        <w:gridCol w:w="4316"/>
        <w:gridCol w:w="4314"/>
      </w:tblGrid>
      <w:tr w:rsidR="003B12E3" w14:paraId="1A1809DB" w14:textId="77777777">
        <w:tc>
          <w:tcPr>
            <w:tcW w:w="4320" w:type="dxa"/>
          </w:tcPr>
          <w:p w14:paraId="489BD671" w14:textId="77777777" w:rsidR="003B12E3" w:rsidRDefault="00000000">
            <w:r>
              <w:t>Request received by</w:t>
            </w:r>
          </w:p>
        </w:tc>
        <w:tc>
          <w:tcPr>
            <w:tcW w:w="4320" w:type="dxa"/>
          </w:tcPr>
          <w:p w14:paraId="1D7E8744" w14:textId="4D205AC2" w:rsidR="003B12E3" w:rsidRDefault="003B12E3"/>
        </w:tc>
      </w:tr>
      <w:tr w:rsidR="003B12E3" w14:paraId="6C8A5FAE" w14:textId="77777777">
        <w:tc>
          <w:tcPr>
            <w:tcW w:w="4320" w:type="dxa"/>
          </w:tcPr>
          <w:p w14:paraId="273EDB58" w14:textId="77777777" w:rsidR="003B12E3" w:rsidRDefault="00000000">
            <w:r>
              <w:t>Date received</w:t>
            </w:r>
          </w:p>
        </w:tc>
        <w:tc>
          <w:tcPr>
            <w:tcW w:w="4320" w:type="dxa"/>
          </w:tcPr>
          <w:p w14:paraId="31718F11" w14:textId="6D46AF66" w:rsidR="003B12E3" w:rsidRDefault="003B12E3"/>
        </w:tc>
      </w:tr>
      <w:tr w:rsidR="003B12E3" w14:paraId="3E42DA98" w14:textId="77777777">
        <w:tc>
          <w:tcPr>
            <w:tcW w:w="4320" w:type="dxa"/>
          </w:tcPr>
          <w:p w14:paraId="1385949E" w14:textId="77777777" w:rsidR="003B12E3" w:rsidRDefault="00000000">
            <w:r>
              <w:t>Absence authorised (Yes/No)</w:t>
            </w:r>
          </w:p>
        </w:tc>
        <w:tc>
          <w:tcPr>
            <w:tcW w:w="4320" w:type="dxa"/>
          </w:tcPr>
          <w:p w14:paraId="06A3355D" w14:textId="4BC3BD9C" w:rsidR="003B12E3" w:rsidRDefault="003B12E3"/>
        </w:tc>
      </w:tr>
      <w:tr w:rsidR="003B12E3" w14:paraId="6D949EC0" w14:textId="77777777">
        <w:tc>
          <w:tcPr>
            <w:tcW w:w="4320" w:type="dxa"/>
          </w:tcPr>
          <w:p w14:paraId="25C8E0B2" w14:textId="77777777" w:rsidR="003B12E3" w:rsidRDefault="00000000">
            <w:r>
              <w:t>Reason</w:t>
            </w:r>
          </w:p>
        </w:tc>
        <w:tc>
          <w:tcPr>
            <w:tcW w:w="4320" w:type="dxa"/>
          </w:tcPr>
          <w:p w14:paraId="2660E096" w14:textId="2F4DF6B2" w:rsidR="003B12E3" w:rsidRDefault="003B12E3"/>
        </w:tc>
      </w:tr>
      <w:tr w:rsidR="003B12E3" w14:paraId="0F31AEAF" w14:textId="77777777">
        <w:tc>
          <w:tcPr>
            <w:tcW w:w="4320" w:type="dxa"/>
          </w:tcPr>
          <w:p w14:paraId="799B17CB" w14:textId="77777777" w:rsidR="003B12E3" w:rsidRDefault="00000000">
            <w:r>
              <w:t>Authorised by</w:t>
            </w:r>
          </w:p>
        </w:tc>
        <w:tc>
          <w:tcPr>
            <w:tcW w:w="4320" w:type="dxa"/>
          </w:tcPr>
          <w:p w14:paraId="4DECC440" w14:textId="5CFDC927" w:rsidR="003B12E3" w:rsidRDefault="003B12E3"/>
        </w:tc>
      </w:tr>
      <w:tr w:rsidR="003B12E3" w14:paraId="373C8701" w14:textId="77777777">
        <w:tc>
          <w:tcPr>
            <w:tcW w:w="4320" w:type="dxa"/>
          </w:tcPr>
          <w:p w14:paraId="0007247A" w14:textId="77777777" w:rsidR="003B12E3" w:rsidRDefault="00000000">
            <w:r>
              <w:t>Date</w:t>
            </w:r>
          </w:p>
        </w:tc>
        <w:tc>
          <w:tcPr>
            <w:tcW w:w="4320" w:type="dxa"/>
          </w:tcPr>
          <w:p w14:paraId="2D0F18F0" w14:textId="0F1AC9BE" w:rsidR="003B12E3" w:rsidRDefault="003B12E3"/>
        </w:tc>
      </w:tr>
    </w:tbl>
    <w:p w14:paraId="28141458" w14:textId="77777777" w:rsidR="00000000" w:rsidRDefault="00000000"/>
    <w:p w14:paraId="302C201C" w14:textId="77777777" w:rsidR="00A32F68" w:rsidRDefault="00A32F68" w:rsidP="00A32F68">
      <w:pPr>
        <w:rPr>
          <w:b/>
          <w:bCs/>
          <w:lang w:val="en-GB"/>
        </w:rPr>
      </w:pPr>
    </w:p>
    <w:p w14:paraId="75C2E428" w14:textId="77777777" w:rsidR="006146AC" w:rsidRDefault="006146AC" w:rsidP="00A32F68">
      <w:pPr>
        <w:rPr>
          <w:b/>
          <w:bCs/>
          <w:color w:val="365F91" w:themeColor="accent1" w:themeShade="BF"/>
          <w:lang w:val="en-GB"/>
        </w:rPr>
      </w:pPr>
    </w:p>
    <w:p w14:paraId="345EE79A" w14:textId="77777777" w:rsidR="006146AC" w:rsidRDefault="006146AC" w:rsidP="00A32F68">
      <w:pPr>
        <w:rPr>
          <w:b/>
          <w:bCs/>
          <w:color w:val="365F91" w:themeColor="accent1" w:themeShade="BF"/>
          <w:lang w:val="en-GB"/>
        </w:rPr>
      </w:pPr>
    </w:p>
    <w:p w14:paraId="6CC665F3" w14:textId="50B7C073" w:rsidR="00A32F68" w:rsidRPr="00A32F68" w:rsidRDefault="00A32F68" w:rsidP="00A32F68">
      <w:pPr>
        <w:rPr>
          <w:lang w:val="en-GB"/>
        </w:rPr>
      </w:pPr>
      <w:r w:rsidRPr="00A32F68">
        <w:rPr>
          <w:b/>
          <w:bCs/>
          <w:color w:val="365F91" w:themeColor="accent1" w:themeShade="BF"/>
          <w:lang w:val="en-GB"/>
        </w:rPr>
        <w:t>Attendance Expectation</w:t>
      </w:r>
      <w:r w:rsidRPr="00A32F68">
        <w:rPr>
          <w:lang w:val="en-GB"/>
        </w:rPr>
        <w:br/>
        <w:t xml:space="preserve">Our school aims for all pupils to achieve at least </w:t>
      </w:r>
      <w:r w:rsidRPr="00A32F68">
        <w:rPr>
          <w:b/>
          <w:bCs/>
          <w:lang w:val="en-GB"/>
        </w:rPr>
        <w:t>97% attendance</w:t>
      </w:r>
      <w:r w:rsidRPr="00A32F68">
        <w:rPr>
          <w:lang w:val="en-GB"/>
        </w:rPr>
        <w:t>. Regular attendance is essential to ensure your child makes the best progress.</w:t>
      </w:r>
    </w:p>
    <w:p w14:paraId="1241FE1C" w14:textId="77777777" w:rsidR="00A32F68" w:rsidRPr="00A32F68" w:rsidRDefault="00A32F68" w:rsidP="00A32F68">
      <w:pPr>
        <w:rPr>
          <w:lang w:val="en-GB"/>
        </w:rPr>
      </w:pPr>
      <w:r w:rsidRPr="00A32F68">
        <w:rPr>
          <w:b/>
          <w:bCs/>
          <w:color w:val="365F91" w:themeColor="accent1" w:themeShade="BF"/>
          <w:lang w:val="en-GB"/>
        </w:rPr>
        <w:t>Unauthorised Absences</w:t>
      </w:r>
      <w:r w:rsidRPr="00A32F68">
        <w:rPr>
          <w:lang w:val="en-GB"/>
        </w:rPr>
        <w:br/>
        <w:t xml:space="preserve">Any absences that are not authorised will count towards the potential issuing of a </w:t>
      </w:r>
      <w:r w:rsidRPr="00A32F68">
        <w:rPr>
          <w:b/>
          <w:bCs/>
          <w:lang w:val="en-GB"/>
        </w:rPr>
        <w:t>Penalty Notice</w:t>
      </w:r>
      <w:r w:rsidRPr="00A32F68">
        <w:rPr>
          <w:lang w:val="en-GB"/>
        </w:rPr>
        <w:t xml:space="preserve">. The </w:t>
      </w:r>
      <w:r w:rsidRPr="00A32F68">
        <w:rPr>
          <w:b/>
          <w:bCs/>
          <w:lang w:val="en-GB"/>
        </w:rPr>
        <w:t>Educational Welfare Officer (EWO)</w:t>
      </w:r>
      <w:r w:rsidRPr="00A32F68">
        <w:rPr>
          <w:lang w:val="en-GB"/>
        </w:rPr>
        <w:t xml:space="preserve"> is responsible for issuing these notices.</w:t>
      </w:r>
    </w:p>
    <w:p w14:paraId="08BE4221" w14:textId="77777777" w:rsidR="00A32F68" w:rsidRPr="00A32F68" w:rsidRDefault="00A32F68" w:rsidP="00A32F68">
      <w:pPr>
        <w:rPr>
          <w:lang w:val="en-GB"/>
        </w:rPr>
      </w:pPr>
      <w:r w:rsidRPr="00A32F68">
        <w:rPr>
          <w:b/>
          <w:bCs/>
          <w:color w:val="365F91" w:themeColor="accent1" w:themeShade="BF"/>
          <w:lang w:val="en-GB"/>
        </w:rPr>
        <w:t>When Penalty Notices May Be Issued</w:t>
      </w:r>
      <w:r w:rsidRPr="00A32F68">
        <w:rPr>
          <w:lang w:val="en-GB"/>
        </w:rPr>
        <w:br/>
        <w:t xml:space="preserve">Penalty notices are usually issued after </w:t>
      </w:r>
      <w:r w:rsidRPr="00A32F68">
        <w:rPr>
          <w:b/>
          <w:bCs/>
          <w:lang w:val="en-GB"/>
        </w:rPr>
        <w:t>10 sessions (5 school days) of unauthorised absence</w:t>
      </w:r>
      <w:r w:rsidRPr="00A32F68">
        <w:rPr>
          <w:lang w:val="en-GB"/>
        </w:rPr>
        <w:t>. Examples of unauthorised absences include:</w:t>
      </w:r>
    </w:p>
    <w:p w14:paraId="05FBAA2F" w14:textId="77777777" w:rsidR="00A32F68" w:rsidRPr="00A32F68" w:rsidRDefault="00A32F68" w:rsidP="00A32F68">
      <w:pPr>
        <w:numPr>
          <w:ilvl w:val="0"/>
          <w:numId w:val="10"/>
        </w:numPr>
        <w:rPr>
          <w:lang w:val="en-GB"/>
        </w:rPr>
      </w:pPr>
      <w:r w:rsidRPr="00A32F68">
        <w:rPr>
          <w:lang w:val="en-GB"/>
        </w:rPr>
        <w:t>Parentally coordinated absences without authorisation</w:t>
      </w:r>
    </w:p>
    <w:p w14:paraId="22BC7769" w14:textId="77777777" w:rsidR="00A32F68" w:rsidRPr="00A32F68" w:rsidRDefault="00A32F68" w:rsidP="00A32F68">
      <w:pPr>
        <w:numPr>
          <w:ilvl w:val="0"/>
          <w:numId w:val="10"/>
        </w:numPr>
        <w:rPr>
          <w:lang w:val="en-GB"/>
        </w:rPr>
      </w:pPr>
      <w:r w:rsidRPr="00A32F68">
        <w:rPr>
          <w:lang w:val="en-GB"/>
        </w:rPr>
        <w:t>Unauthorised holidays</w:t>
      </w:r>
    </w:p>
    <w:p w14:paraId="333DC2AC" w14:textId="77777777" w:rsidR="00A32F68" w:rsidRPr="00A32F68" w:rsidRDefault="00A32F68" w:rsidP="00A32F68">
      <w:pPr>
        <w:numPr>
          <w:ilvl w:val="0"/>
          <w:numId w:val="10"/>
        </w:numPr>
        <w:rPr>
          <w:lang w:val="en-GB"/>
        </w:rPr>
      </w:pPr>
      <w:r w:rsidRPr="00A32F68">
        <w:rPr>
          <w:lang w:val="en-GB"/>
        </w:rPr>
        <w:t>Excessive or delayed return from an agreed/authorised holiday without prior permission</w:t>
      </w:r>
    </w:p>
    <w:p w14:paraId="63621DEB" w14:textId="77777777" w:rsidR="00A32F68" w:rsidRPr="00A32F68" w:rsidRDefault="00A32F68" w:rsidP="00A32F68">
      <w:pPr>
        <w:numPr>
          <w:ilvl w:val="0"/>
          <w:numId w:val="10"/>
        </w:numPr>
        <w:rPr>
          <w:lang w:val="en-GB"/>
        </w:rPr>
      </w:pPr>
      <w:r w:rsidRPr="00A32F68">
        <w:rPr>
          <w:lang w:val="en-GB"/>
        </w:rPr>
        <w:t>Persistent lateness after the register has closed</w:t>
      </w:r>
    </w:p>
    <w:p w14:paraId="4622AD9E" w14:textId="77777777" w:rsidR="00A32F68" w:rsidRPr="00A32F68" w:rsidRDefault="00A32F68" w:rsidP="00A32F68">
      <w:pPr>
        <w:rPr>
          <w:lang w:val="en-GB"/>
        </w:rPr>
      </w:pPr>
      <w:r w:rsidRPr="00A32F68">
        <w:rPr>
          <w:lang w:val="en-GB"/>
        </w:rPr>
        <w:t xml:space="preserve">This list is </w:t>
      </w:r>
      <w:r w:rsidRPr="00A32F68">
        <w:rPr>
          <w:b/>
          <w:bCs/>
          <w:lang w:val="en-GB"/>
        </w:rPr>
        <w:t>not exhaustive</w:t>
      </w:r>
      <w:r w:rsidRPr="00A32F68">
        <w:rPr>
          <w:lang w:val="en-GB"/>
        </w:rPr>
        <w:t>, and each case is considered individually. The EWO will provide reasons why absences are considered unauthorised or unexplained.</w:t>
      </w:r>
    </w:p>
    <w:p w14:paraId="395271FC" w14:textId="3ED0BE1C" w:rsidR="00A32F68" w:rsidRPr="006146AC" w:rsidRDefault="00A32F68">
      <w:pPr>
        <w:rPr>
          <w:lang w:val="en-GB"/>
        </w:rPr>
      </w:pPr>
      <w:r w:rsidRPr="00A32F68">
        <w:rPr>
          <w:b/>
          <w:bCs/>
          <w:color w:val="365F91" w:themeColor="accent1" w:themeShade="BF"/>
          <w:lang w:val="en-GB"/>
        </w:rPr>
        <w:t>Why This Is Important</w:t>
      </w:r>
      <w:r w:rsidRPr="00A32F68">
        <w:rPr>
          <w:lang w:val="en-GB"/>
        </w:rPr>
        <w:br/>
        <w:t>Penalty notices are issued to help ensure all children receive their full entitlement to education and to support families in maintaining good attendance.</w:t>
      </w:r>
    </w:p>
    <w:p w14:paraId="77FCF85B" w14:textId="77777777" w:rsidR="006146AC" w:rsidRPr="006146AC" w:rsidRDefault="006146AC">
      <w:pPr>
        <w:rPr>
          <w:b/>
          <w:bCs/>
          <w:color w:val="365F91" w:themeColor="accent1" w:themeShade="BF"/>
        </w:rPr>
      </w:pPr>
      <w:r w:rsidRPr="006146AC">
        <w:rPr>
          <w:b/>
          <w:bCs/>
          <w:color w:val="365F91" w:themeColor="accent1" w:themeShade="BF"/>
        </w:rPr>
        <w:t>For more information about attendance expectations, penalty notices, and support, please visit the Calderdale Council website:</w:t>
      </w:r>
    </w:p>
    <w:p w14:paraId="5BAB57F0" w14:textId="5F205F82" w:rsidR="006146AC" w:rsidRDefault="006146AC">
      <w:r w:rsidRPr="006146AC">
        <w:br/>
        <w:t>https://www.calderdale.gov.uk/v2/residents/education-and-learning/parental-support/education-welfare</w:t>
      </w:r>
    </w:p>
    <w:sectPr w:rsidR="006146AC"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A7E1D" w14:textId="77777777" w:rsidR="00902E7F" w:rsidRDefault="00902E7F" w:rsidP="006146AC">
      <w:pPr>
        <w:spacing w:after="0" w:line="240" w:lineRule="auto"/>
      </w:pPr>
      <w:r>
        <w:separator/>
      </w:r>
    </w:p>
  </w:endnote>
  <w:endnote w:type="continuationSeparator" w:id="0">
    <w:p w14:paraId="12E9C4AD" w14:textId="77777777" w:rsidR="00902E7F" w:rsidRDefault="00902E7F" w:rsidP="00614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810F9" w14:textId="77777777" w:rsidR="00902E7F" w:rsidRDefault="00902E7F" w:rsidP="006146AC">
      <w:pPr>
        <w:spacing w:after="0" w:line="240" w:lineRule="auto"/>
      </w:pPr>
      <w:r>
        <w:separator/>
      </w:r>
    </w:p>
  </w:footnote>
  <w:footnote w:type="continuationSeparator" w:id="0">
    <w:p w14:paraId="395615F9" w14:textId="77777777" w:rsidR="00902E7F" w:rsidRDefault="00902E7F" w:rsidP="006146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54E9F" w14:textId="14117CDB" w:rsidR="006146AC" w:rsidRDefault="006146AC">
    <w:pPr>
      <w:pStyle w:val="Header"/>
    </w:pPr>
    <w:r>
      <w:rPr>
        <w:noProof/>
      </w:rPr>
      <w:drawing>
        <wp:anchor distT="0" distB="0" distL="114300" distR="114300" simplePos="0" relativeHeight="251659264" behindDoc="1" locked="0" layoutInCell="1" allowOverlap="1" wp14:anchorId="7DEF9C32" wp14:editId="40B6B624">
          <wp:simplePos x="0" y="0"/>
          <wp:positionH relativeFrom="column">
            <wp:posOffset>-790575</wp:posOffset>
          </wp:positionH>
          <wp:positionV relativeFrom="paragraph">
            <wp:posOffset>-257175</wp:posOffset>
          </wp:positionV>
          <wp:extent cx="914400" cy="914400"/>
          <wp:effectExtent l="0" t="0" r="0" b="0"/>
          <wp:wrapNone/>
          <wp:docPr id="20274594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59469" name="Picture 2027459469"/>
                  <pic:cNvPicPr/>
                </pic:nvPicPr>
                <pic:blipFill>
                  <a:blip r:embed="rId1"/>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413811C1" wp14:editId="43A3E192">
          <wp:simplePos x="0" y="0"/>
          <wp:positionH relativeFrom="column">
            <wp:posOffset>4563110</wp:posOffset>
          </wp:positionH>
          <wp:positionV relativeFrom="paragraph">
            <wp:posOffset>-180975</wp:posOffset>
          </wp:positionV>
          <wp:extent cx="1509759" cy="571500"/>
          <wp:effectExtent l="0" t="0" r="0" b="0"/>
          <wp:wrapNone/>
          <wp:docPr id="1850006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006351" name="Picture 1850006351"/>
                  <pic:cNvPicPr/>
                </pic:nvPicPr>
                <pic:blipFill>
                  <a:blip r:embed="rId2"/>
                  <a:stretch>
                    <a:fillRect/>
                  </a:stretch>
                </pic:blipFill>
                <pic:spPr>
                  <a:xfrm>
                    <a:off x="0" y="0"/>
                    <a:ext cx="1509759" cy="5715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9EB3851"/>
    <w:multiLevelType w:val="multilevel"/>
    <w:tmpl w:val="5496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0525863">
    <w:abstractNumId w:val="8"/>
  </w:num>
  <w:num w:numId="2" w16cid:durableId="1087925013">
    <w:abstractNumId w:val="6"/>
  </w:num>
  <w:num w:numId="3" w16cid:durableId="1549536354">
    <w:abstractNumId w:val="5"/>
  </w:num>
  <w:num w:numId="4" w16cid:durableId="775098130">
    <w:abstractNumId w:val="4"/>
  </w:num>
  <w:num w:numId="5" w16cid:durableId="1910577895">
    <w:abstractNumId w:val="7"/>
  </w:num>
  <w:num w:numId="6" w16cid:durableId="834491841">
    <w:abstractNumId w:val="3"/>
  </w:num>
  <w:num w:numId="7" w16cid:durableId="492598945">
    <w:abstractNumId w:val="2"/>
  </w:num>
  <w:num w:numId="8" w16cid:durableId="1334912674">
    <w:abstractNumId w:val="1"/>
  </w:num>
  <w:num w:numId="9" w16cid:durableId="1298611802">
    <w:abstractNumId w:val="0"/>
  </w:num>
  <w:num w:numId="10" w16cid:durableId="19781438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B12E3"/>
    <w:rsid w:val="006146AC"/>
    <w:rsid w:val="00902E7F"/>
    <w:rsid w:val="00A32F68"/>
    <w:rsid w:val="00AA1D8D"/>
    <w:rsid w:val="00B47730"/>
    <w:rsid w:val="00CA25C8"/>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5A032A"/>
  <w14:defaultImageDpi w14:val="300"/>
  <w15:docId w15:val="{D6A628F4-FC5F-4FE1-A909-D3F46CF39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279</Words>
  <Characters>2172</Characters>
  <Application>Microsoft Office Word</Application>
  <DocSecurity>0</DocSecurity>
  <Lines>70</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School Admin</cp:lastModifiedBy>
  <cp:revision>2</cp:revision>
  <dcterms:created xsi:type="dcterms:W3CDTF">2026-01-28T13:48:00Z</dcterms:created>
  <dcterms:modified xsi:type="dcterms:W3CDTF">2026-01-28T13:48:00Z</dcterms:modified>
  <cp:category/>
</cp:coreProperties>
</file>